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モニタリング報告書（下書き）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利用者記号</w:t>
            </w:r>
          </w:p>
        </w:tc>
        <w:tc>
          <w:tcPr>
            <w:tcW w:type="dxa" w:w="4320"/>
          </w:tcPr>
          <w:p>
            <w:r>
              <w:t>U-201</w:t>
            </w:r>
          </w:p>
        </w:tc>
      </w:tr>
      <w:tr>
        <w:tc>
          <w:tcPr>
            <w:tcW w:type="dxa" w:w="4320"/>
          </w:tcPr>
          <w:p>
            <w:r>
              <w:t>対象期間</w:t>
            </w:r>
          </w:p>
        </w:tc>
        <w:tc>
          <w:tcPr>
            <w:tcW w:type="dxa" w:w="4320"/>
          </w:tcPr>
          <w:p>
            <w:r>
              <w:t>2026年9月1日〜9月30日</w:t>
            </w:r>
          </w:p>
        </w:tc>
      </w:tr>
      <w:tr>
        <w:tc>
          <w:tcPr>
            <w:tcW w:type="dxa" w:w="4320"/>
          </w:tcPr>
          <w:p>
            <w:r>
              <w:t>訪問回数</w:t>
            </w:r>
          </w:p>
        </w:tc>
        <w:tc>
          <w:tcPr>
            <w:tcW w:type="dxa" w:w="4320"/>
          </w:tcPr>
          <w:p>
            <w:r>
              <w:t>居宅訪問2回・電話2回</w:t>
            </w:r>
          </w:p>
        </w:tc>
      </w:tr>
      <w:tr>
        <w:tc>
          <w:tcPr>
            <w:tcW w:type="dxa" w:w="4320"/>
          </w:tcPr>
          <w:p>
            <w:r>
              <w:t>作成日</w:t>
            </w:r>
          </w:p>
        </w:tc>
        <w:tc>
          <w:tcPr>
            <w:tcW w:type="dxa" w:w="4320"/>
          </w:tcPr>
          <w:p>
            <w:r>
              <w:t>2026年9月30日</w:t>
            </w:r>
          </w:p>
        </w:tc>
      </w:tr>
      <w:tr>
        <w:tc>
          <w:tcPr>
            <w:tcW w:type="dxa" w:w="4320"/>
          </w:tcPr>
          <w:p>
            <w:r>
              <w:t>作成者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t>S-1 歩行器を使い、居室からトイレまで自力で移動できる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項目</w:t>
            </w:r>
          </w:p>
        </w:tc>
        <w:tc>
          <w:tcPr>
            <w:tcW w:type="dxa" w:w="4320"/>
          </w:tcPr>
          <w:p>
            <w:r>
              <w:t>内容</w:t>
            </w:r>
          </w:p>
        </w:tc>
      </w:tr>
      <w:tr>
        <w:tc>
          <w:tcPr>
            <w:tcW w:type="dxa" w:w="4320"/>
          </w:tcPr>
          <w:p>
            <w:r>
              <w:t>短期目標</w:t>
            </w:r>
          </w:p>
        </w:tc>
        <w:tc>
          <w:tcPr>
            <w:tcW w:type="dxa" w:w="4320"/>
          </w:tcPr>
          <w:p>
            <w:r>
              <w:t>歩行器を使い、居室からトイレまで自力で移動できる</w:t>
            </w:r>
          </w:p>
        </w:tc>
      </w:tr>
      <w:tr>
        <w:tc>
          <w:tcPr>
            <w:tcW w:type="dxa" w:w="4320"/>
          </w:tcPr>
          <w:p>
            <w:r>
              <w:t>実施状況</w:t>
            </w:r>
          </w:p>
        </w:tc>
        <w:tc>
          <w:tcPr>
            <w:tcW w:type="dxa" w:w="4320"/>
          </w:tcPr>
          <w:p>
            <w:r>
              <w:t>訪問介護を週3回実施。福祉用具貸与により歩行器を使用中</w:t>
            </w:r>
          </w:p>
        </w:tc>
      </w:tr>
      <w:tr>
        <w:tc>
          <w:tcPr>
            <w:tcW w:type="dxa" w:w="4320"/>
          </w:tcPr>
          <w:p>
            <w:r>
              <w:t>達成状況の記述案</w:t>
            </w:r>
          </w:p>
        </w:tc>
        <w:tc>
          <w:tcPr>
            <w:tcW w:type="dxa" w:w="4320"/>
          </w:tcPr>
          <w:p>
            <w:r>
              <w:t>歩行器を使用し、居室からトイレまで自力で移動できている（09/03）。夜間の起床が2回みられる（09/03）</w:t>
            </w:r>
          </w:p>
        </w:tc>
      </w:tr>
      <w:tr>
        <w:tc>
          <w:tcPr>
            <w:tcW w:type="dxa" w:w="4320"/>
          </w:tcPr>
          <w:p>
            <w:r>
              <w:t>根拠となる記録</w:t>
            </w:r>
          </w:p>
        </w:tc>
        <w:tc>
          <w:tcPr>
            <w:tcW w:type="dxa" w:w="4320"/>
          </w:tcPr>
          <w:p>
            <w:r>
              <w:t>2026/09/03 居宅訪問：歩行器を使えば居室からトイレまで自力で移動できている。夜間は2回起きている</w:t>
            </w:r>
          </w:p>
        </w:tc>
      </w:tr>
      <w:tr>
        <w:tc>
          <w:tcPr>
            <w:tcW w:type="dxa" w:w="4320"/>
          </w:tcPr>
          <w:p>
            <w:r>
              <w:t>判断が必要な点</w:t>
            </w:r>
          </w:p>
        </w:tc>
        <w:tc>
          <w:tcPr>
            <w:tcW w:type="dxa" w:w="4320"/>
          </w:tcPr>
          <w:p>
            <w:r>
              <w:t>動線上に新聞紙が積まれていた（09/03）。家族から夜間転倒への不安の発言あり。環境整備の追加を検討するか判断が必要</w:t>
            </w:r>
          </w:p>
        </w:tc>
      </w:tr>
    </w:tbl>
    <w:p>
      <w:pPr>
        <w:pStyle w:val="Heading2"/>
      </w:pPr>
      <w:r>
        <w:t>S-2 週2回の入浴により、皮膚の清潔を保つ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項目</w:t>
            </w:r>
          </w:p>
        </w:tc>
        <w:tc>
          <w:tcPr>
            <w:tcW w:type="dxa" w:w="4320"/>
          </w:tcPr>
          <w:p>
            <w:r>
              <w:t>内容</w:t>
            </w:r>
          </w:p>
        </w:tc>
      </w:tr>
      <w:tr>
        <w:tc>
          <w:tcPr>
            <w:tcW w:type="dxa" w:w="4320"/>
          </w:tcPr>
          <w:p>
            <w:r>
              <w:t>短期目標</w:t>
            </w:r>
          </w:p>
        </w:tc>
        <w:tc>
          <w:tcPr>
            <w:tcW w:type="dxa" w:w="4320"/>
          </w:tcPr>
          <w:p>
            <w:r>
              <w:t>週2回の入浴により、皮膚の清潔を保つ</w:t>
            </w:r>
          </w:p>
        </w:tc>
      </w:tr>
      <w:tr>
        <w:tc>
          <w:tcPr>
            <w:tcW w:type="dxa" w:w="4320"/>
          </w:tcPr>
          <w:p>
            <w:r>
              <w:t>実施状況</w:t>
            </w:r>
          </w:p>
        </w:tc>
        <w:tc>
          <w:tcPr>
            <w:tcW w:type="dxa" w:w="4320"/>
          </w:tcPr>
          <w:p>
            <w:r>
              <w:t>通所介護を週2回利用し、入浴介助を実施</w:t>
            </w:r>
          </w:p>
        </w:tc>
      </w:tr>
      <w:tr>
        <w:tc>
          <w:tcPr>
            <w:tcW w:type="dxa" w:w="4320"/>
          </w:tcPr>
          <w:p>
            <w:r>
              <w:t>達成状況の記述案</w:t>
            </w:r>
          </w:p>
        </w:tc>
        <w:tc>
          <w:tcPr>
            <w:tcW w:type="dxa" w:w="4320"/>
          </w:tcPr>
          <w:p>
            <w:r>
              <w:t>通所介護での入浴を週2回実施。09/17に入浴後の疲労の訴えあり</w:t>
            </w:r>
          </w:p>
        </w:tc>
      </w:tr>
      <w:tr>
        <w:tc>
          <w:tcPr>
            <w:tcW w:type="dxa" w:w="4320"/>
          </w:tcPr>
          <w:p>
            <w:r>
              <w:t>根拠となる記録</w:t>
            </w:r>
          </w:p>
        </w:tc>
        <w:tc>
          <w:tcPr>
            <w:tcW w:type="dxa" w:w="4320"/>
          </w:tcPr>
          <w:p>
            <w:r>
              <w:t>2026/09/11 電話：通所介護での入浴を週2回継続している。発熱や皮膚のトラブルはない／2026/09/17 居宅訪問：入浴後に疲労の訴えあり。通所の入浴を週2回から週1回に減らしたいとの希望</w:t>
            </w:r>
          </w:p>
        </w:tc>
      </w:tr>
      <w:tr>
        <w:tc>
          <w:tcPr>
            <w:tcW w:type="dxa" w:w="4320"/>
          </w:tcPr>
          <w:p>
            <w:r>
              <w:t>判断が必要な点</w:t>
            </w:r>
          </w:p>
        </w:tc>
        <w:tc>
          <w:tcPr>
            <w:tcW w:type="dxa" w:w="4320"/>
          </w:tcPr>
          <w:p>
            <w:r>
              <w:t>本人から週1回への変更希望あり（09/17「お風呂の後がしんどいので、週に1回でいいです」）。頻度の変更は担当者会議での協議が必要</w:t>
            </w:r>
          </w:p>
        </w:tc>
      </w:tr>
    </w:tbl>
    <w:p>
      <w:pPr>
        <w:pStyle w:val="Heading2"/>
      </w:pPr>
      <w:r>
        <w:t>S-3 服薬を自分で管理し、飲み忘れをなくす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項目</w:t>
            </w:r>
          </w:p>
        </w:tc>
        <w:tc>
          <w:tcPr>
            <w:tcW w:type="dxa" w:w="4320"/>
          </w:tcPr>
          <w:p>
            <w:r>
              <w:t>内容</w:t>
            </w:r>
          </w:p>
        </w:tc>
      </w:tr>
      <w:tr>
        <w:tc>
          <w:tcPr>
            <w:tcW w:type="dxa" w:w="4320"/>
          </w:tcPr>
          <w:p>
            <w:r>
              <w:t>短期目標</w:t>
            </w:r>
          </w:p>
        </w:tc>
        <w:tc>
          <w:tcPr>
            <w:tcW w:type="dxa" w:w="4320"/>
          </w:tcPr>
          <w:p>
            <w:r>
              <w:t>服薬を自分で管理し、飲み忘れをなくす</w:t>
            </w:r>
          </w:p>
        </w:tc>
      </w:tr>
      <w:tr>
        <w:tc>
          <w:tcPr>
            <w:tcW w:type="dxa" w:w="4320"/>
          </w:tcPr>
          <w:p>
            <w:r>
              <w:t>実施状況</w:t>
            </w:r>
          </w:p>
        </w:tc>
        <w:tc>
          <w:tcPr>
            <w:tcW w:type="dxa" w:w="4320"/>
          </w:tcPr>
          <w:p>
            <w:r>
              <w:t>訪問介護を週3回実施</w:t>
            </w:r>
          </w:p>
        </w:tc>
      </w:tr>
      <w:tr>
        <w:tc>
          <w:tcPr>
            <w:tcW w:type="dxa" w:w="4320"/>
          </w:tcPr>
          <w:p>
            <w:r>
              <w:t>達成状況の記述案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根拠となる記録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判断が必要な点</w:t>
            </w:r>
          </w:p>
        </w:tc>
        <w:tc>
          <w:tcPr>
            <w:tcW w:type="dxa" w:w="4320"/>
          </w:tcPr>
          <w:p>
            <w:r>
              <w:t>根拠となる記録なし。9月の訪問記録に服薬管理に関する記載がないため、次回訪問で確認が必要</w:t>
            </w:r>
          </w:p>
        </w:tc>
      </w:tr>
    </w:tbl>
    <w:p>
      <w:r>
        <w:t>本書はAIが作成した下書きです。評価と計画変更の判断は介護支援専門員が行います。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