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家族向けお知らせ 雛形集</w:t>
      </w:r>
    </w:p>
    <w:p>
      <w:r>
        <w:t>特別養護老人ホーム ひなたの丘（社会福祉法人みどり会）／〇〇県〇〇市さくら町2-14／電話 012-345-0000／施設長 田島</w:t>
      </w:r>
    </w:p>
    <w:p>
      <w:r>
        <w:t>本雛形集は、家族向けお知らせを5種類に整理したものです。【 】で囲んだ箇所が可変部分です。必須記載項目がすべて埋まっていない場合は、下書きを作成せず不足項目を確認してください。</w:t>
      </w:r>
    </w:p>
    <w:p>
      <w:pPr>
        <w:pStyle w:val="Heading1"/>
      </w:pPr>
      <w:r>
        <w:t>1. 行事案内</w:t>
      </w:r>
    </w:p>
    <w:p>
      <w:r>
        <w:t>必須記載項目（8項目）</w:t>
      </w:r>
    </w:p>
    <w:p>
      <w:pPr>
        <w:pStyle w:val="ListBullet"/>
      </w:pPr>
      <w:r>
        <w:t>日時</w:t>
      </w:r>
    </w:p>
    <w:p>
      <w:pPr>
        <w:pStyle w:val="ListBullet"/>
      </w:pPr>
      <w:r>
        <w:t>場所</w:t>
      </w:r>
    </w:p>
    <w:p>
      <w:pPr>
        <w:pStyle w:val="ListBullet"/>
      </w:pPr>
      <w:r>
        <w:t>対象</w:t>
      </w:r>
    </w:p>
    <w:p>
      <w:pPr>
        <w:pStyle w:val="ListBullet"/>
      </w:pPr>
      <w:r>
        <w:t>持ち物</w:t>
      </w:r>
    </w:p>
    <w:p>
      <w:pPr>
        <w:pStyle w:val="ListBullet"/>
      </w:pPr>
      <w:r>
        <w:t>申込期限</w:t>
      </w:r>
    </w:p>
    <w:p>
      <w:pPr>
        <w:pStyle w:val="ListBullet"/>
      </w:pPr>
      <w:r>
        <w:t>申込方法</w:t>
      </w:r>
    </w:p>
    <w:p>
      <w:pPr>
        <w:pStyle w:val="ListBullet"/>
      </w:pPr>
      <w:r>
        <w:t>問い合わせ先</w:t>
      </w:r>
    </w:p>
    <w:p>
      <w:pPr>
        <w:pStyle w:val="ListBullet"/>
      </w:pPr>
      <w:r>
        <w:t>雨天時の扱い</w:t>
      </w:r>
    </w:p>
    <w:p>
      <w:r>
        <w:t>【本文の型】</w:t>
        <w:br/>
        <w:t>ご家族の皆様</w:t>
        <w:br/>
        <w:br/>
        <w:t>平素より当施設の運営にご理解とご協力を賜り、厚く御礼申し上げます。</w:t>
        <w:br/>
        <w:t>このたび、下記のとおり行事を開催いたしますので、ご案内申し上げます。</w:t>
        <w:br/>
        <w:br/>
        <w:t>・日時：【日時】</w:t>
        <w:br/>
        <w:t>・場所：【場所】</w:t>
        <w:br/>
        <w:t>・対象：【対象】</w:t>
        <w:br/>
        <w:t>・持ち物：【持ち物】</w:t>
        <w:br/>
        <w:t>・申込期限：【申込期限】</w:t>
        <w:br/>
        <w:t>・申込方法：【申込方法】</w:t>
        <w:br/>
        <w:t>・雨天時の扱い：【雨天時の扱い】</w:t>
        <w:br/>
        <w:br/>
        <w:t>ご参加をご希望の場合は、申込期限までにお申し込みくださいますようお願いいたします。当日の受付は【場所】にて行います。ご都合により参加が難しい場合も、お申し込みは不要です。</w:t>
        <w:br/>
        <w:br/>
        <w:t>ご不明な点は下記までお問い合わせください。</w:t>
        <w:br/>
        <w:t>【問い合わせ先】</w:t>
      </w:r>
    </w:p>
    <w:p>
      <w:pPr>
        <w:pStyle w:val="Heading1"/>
      </w:pPr>
      <w:r>
        <w:t>2. 面会ルールの変更</w:t>
      </w:r>
    </w:p>
    <w:p>
      <w:r>
        <w:t>必須記載項目（6項目）</w:t>
      </w:r>
    </w:p>
    <w:p>
      <w:pPr>
        <w:pStyle w:val="ListBullet"/>
      </w:pPr>
      <w:r>
        <w:t>変更日</w:t>
      </w:r>
    </w:p>
    <w:p>
      <w:pPr>
        <w:pStyle w:val="ListBullet"/>
      </w:pPr>
      <w:r>
        <w:t>変更前の内容</w:t>
      </w:r>
    </w:p>
    <w:p>
      <w:pPr>
        <w:pStyle w:val="ListBullet"/>
      </w:pPr>
      <w:r>
        <w:t>変更後の内容</w:t>
      </w:r>
    </w:p>
    <w:p>
      <w:pPr>
        <w:pStyle w:val="ListBullet"/>
      </w:pPr>
      <w:r>
        <w:t>変更の理由</w:t>
      </w:r>
    </w:p>
    <w:p>
      <w:pPr>
        <w:pStyle w:val="ListBullet"/>
      </w:pPr>
      <w:r>
        <w:t>経過措置の有無</w:t>
      </w:r>
    </w:p>
    <w:p>
      <w:pPr>
        <w:pStyle w:val="ListBullet"/>
      </w:pPr>
      <w:r>
        <w:t>問い合わせ先</w:t>
      </w:r>
    </w:p>
    <w:p>
      <w:r>
        <w:t>【本文の型】</w:t>
        <w:br/>
        <w:t>ご家族の皆様</w:t>
        <w:br/>
        <w:br/>
        <w:t>平素より当施設の運営にご理解とご協力を賜り、厚く御礼申し上げます。</w:t>
        <w:br/>
        <w:t>【変更日】より、面会に関する取り扱いを下記のとおり変更いたします。</w:t>
        <w:br/>
        <w:br/>
        <w:t>・変更前：【変更前の内容】</w:t>
        <w:br/>
        <w:t>・変更後：【変更後の内容】</w:t>
        <w:br/>
        <w:t>・変更の理由：【変更の理由】</w:t>
        <w:br/>
        <w:t>・経過措置：【経過措置の有無】</w:t>
        <w:br/>
        <w:br/>
        <w:t>変更後も、ご面会は予約制とさせていただきます。ご来館の際は受付にてお名前をご記入ください。ご家族の皆様にはご負担をおかけいたしますが、ご入居者の生活の安全を守るための取り扱いです。</w:t>
        <w:br/>
        <w:br/>
        <w:t>ご不明な点は下記までお問い合わせください。</w:t>
        <w:br/>
        <w:t>【問い合わせ先】</w:t>
      </w:r>
    </w:p>
    <w:p>
      <w:pPr>
        <w:pStyle w:val="Heading1"/>
      </w:pPr>
      <w:r>
        <w:t>3. 感染症の発生報告</w:t>
      </w:r>
    </w:p>
    <w:p>
      <w:r>
        <w:t>必須記載項目（6項目）</w:t>
      </w:r>
    </w:p>
    <w:p>
      <w:pPr>
        <w:pStyle w:val="ListBullet"/>
      </w:pPr>
      <w:r>
        <w:t>判明日</w:t>
      </w:r>
    </w:p>
    <w:p>
      <w:pPr>
        <w:pStyle w:val="ListBullet"/>
      </w:pPr>
      <w:r>
        <w:t>発生人数（職員と利用者を分けた数のみ。個人が特定される情報は記載しない）</w:t>
      </w:r>
    </w:p>
    <w:p>
      <w:pPr>
        <w:pStyle w:val="ListBullet"/>
      </w:pPr>
      <w:r>
        <w:t>施設の対応</w:t>
      </w:r>
    </w:p>
    <w:p>
      <w:pPr>
        <w:pStyle w:val="ListBullet"/>
      </w:pPr>
      <w:r>
        <w:t>家族へのお願い</w:t>
      </w:r>
    </w:p>
    <w:p>
      <w:pPr>
        <w:pStyle w:val="ListBullet"/>
      </w:pPr>
      <w:r>
        <w:t>次回連絡の時期</w:t>
      </w:r>
    </w:p>
    <w:p>
      <w:pPr>
        <w:pStyle w:val="ListBullet"/>
      </w:pPr>
      <w:r>
        <w:t>問い合わせ先</w:t>
      </w:r>
    </w:p>
    <w:p>
      <w:r>
        <w:t>【本文の型】</w:t>
        <w:br/>
        <w:t>ご家族の皆様</w:t>
        <w:br/>
        <w:br/>
        <w:t>当施設における感染症の発生について、現時点で判明している内容をお知らせいたします。</w:t>
        <w:br/>
        <w:br/>
        <w:t>・判明日：【判明日】</w:t>
        <w:br/>
        <w:t>・発生人数：ご入居者【人数】名、職員【人数】名</w:t>
        <w:br/>
        <w:t>・施設の対応：【施設の対応】</w:t>
        <w:br/>
        <w:t>・ご家族へのお願い：【家族へのお願い】</w:t>
        <w:br/>
        <w:t>・次回のご連絡：【次回連絡の時期】</w:t>
        <w:br/>
        <w:br/>
        <w:t>本文の内容は現時点で判明している内容です。原因や感染経路、収束の見通しについては、確認ができ次第あらためてご連絡いたします。居室番号やお名前など、個人が特定される情報は記載しておりません。</w:t>
        <w:br/>
        <w:br/>
        <w:t>ご不明な点は下記までお問い合わせください。</w:t>
        <w:br/>
        <w:t>【問い合わせ先】</w:t>
      </w:r>
    </w:p>
    <w:p>
      <w:pPr>
        <w:pStyle w:val="Heading1"/>
      </w:pPr>
      <w:r>
        <w:t>4. 利用料・制度改定の案内</w:t>
      </w:r>
    </w:p>
    <w:p>
      <w:r>
        <w:t>必須記載項目（6項目）</w:t>
      </w:r>
    </w:p>
    <w:p>
      <w:pPr>
        <w:pStyle w:val="ListBullet"/>
      </w:pPr>
      <w:r>
        <w:t>改定日</w:t>
      </w:r>
    </w:p>
    <w:p>
      <w:pPr>
        <w:pStyle w:val="ListBullet"/>
      </w:pPr>
      <w:r>
        <w:t>改定内容</w:t>
      </w:r>
    </w:p>
    <w:p>
      <w:pPr>
        <w:pStyle w:val="ListBullet"/>
      </w:pPr>
      <w:r>
        <w:t>対象となる方</w:t>
      </w:r>
    </w:p>
    <w:p>
      <w:pPr>
        <w:pStyle w:val="ListBullet"/>
      </w:pPr>
      <w:r>
        <w:t>改定の根拠</w:t>
      </w:r>
    </w:p>
    <w:p>
      <w:pPr>
        <w:pStyle w:val="ListBullet"/>
      </w:pPr>
      <w:r>
        <w:t>個別の金額に関する問い合わせ先</w:t>
      </w:r>
    </w:p>
    <w:p>
      <w:pPr>
        <w:pStyle w:val="ListBullet"/>
      </w:pPr>
      <w:r>
        <w:t>同封書類の有無</w:t>
      </w:r>
    </w:p>
    <w:p>
      <w:r>
        <w:t>【本文の型】</w:t>
        <w:br/>
        <w:t>ご家族の皆様</w:t>
        <w:br/>
        <w:br/>
        <w:t>平素より当施設の運営にご理解とご協力を賜り、厚く御礼申し上げます。</w:t>
        <w:br/>
        <w:t>【改定日】より、ご利用料金の取り扱いを下記のとおり改定いたします。</w:t>
        <w:br/>
        <w:br/>
        <w:t>・改定日：【改定日】</w:t>
        <w:br/>
        <w:t>・改定内容：【改定内容】</w:t>
        <w:br/>
        <w:t>・対象となる方：【対象となる方】</w:t>
        <w:br/>
        <w:t>・改定の根拠：【改定の根拠】</w:t>
        <w:br/>
        <w:t>・同封書類：【同封書類の有無】</w:t>
        <w:br/>
        <w:br/>
        <w:t>改定後の金額は、ご利用の状況によりお一人ごとに異なります。個別の金額につきましては、下記の窓口までお問い合わせください。お手元の書類とあわせてご確認いただけますと幸いです。</w:t>
        <w:br/>
        <w:br/>
        <w:t>ご不明な点は下記までお問い合わせください。</w:t>
        <w:br/>
        <w:t>【個別の金額に関する問い合わせ先】</w:t>
      </w:r>
    </w:p>
    <w:p>
      <w:pPr>
        <w:pStyle w:val="Heading1"/>
      </w:pPr>
      <w:r>
        <w:t>5. 施設からの依頼事項</w:t>
      </w:r>
    </w:p>
    <w:p>
      <w:r>
        <w:t>必須記載項目（5項目）</w:t>
      </w:r>
    </w:p>
    <w:p>
      <w:pPr>
        <w:pStyle w:val="ListBullet"/>
      </w:pPr>
      <w:r>
        <w:t>依頼内容</w:t>
      </w:r>
    </w:p>
    <w:p>
      <w:pPr>
        <w:pStyle w:val="ListBullet"/>
      </w:pPr>
      <w:r>
        <w:t>期限</w:t>
      </w:r>
    </w:p>
    <w:p>
      <w:pPr>
        <w:pStyle w:val="ListBullet"/>
      </w:pPr>
      <w:r>
        <w:t>提出先</w:t>
      </w:r>
    </w:p>
    <w:p>
      <w:pPr>
        <w:pStyle w:val="ListBullet"/>
      </w:pPr>
      <w:r>
        <w:t>依頼の理由</w:t>
      </w:r>
    </w:p>
    <w:p>
      <w:pPr>
        <w:pStyle w:val="ListBullet"/>
      </w:pPr>
      <w:r>
        <w:t>問い合わせ先</w:t>
      </w:r>
    </w:p>
    <w:p>
      <w:r>
        <w:t>【本文の型】</w:t>
        <w:br/>
        <w:t>ご家族の皆様</w:t>
        <w:br/>
        <w:br/>
        <w:t>平素より当施設の運営にご理解とご協力を賜り、厚く御礼申し上げます。</w:t>
        <w:br/>
        <w:t>下記のとおりご協力をお願いしたく、ご案内申し上げます。</w:t>
        <w:br/>
        <w:br/>
        <w:t>・依頼内容：【依頼内容】</w:t>
        <w:br/>
        <w:t>・期限：【期限】</w:t>
        <w:br/>
        <w:t>・提出先：【提出先】</w:t>
        <w:br/>
        <w:t>・依頼の理由：【依頼の理由】</w:t>
        <w:br/>
        <w:br/>
        <w:t>期限までにご対応が難しい場合は、あらかじめご連絡くださいますようお願いいたします。ご家族の皆様のご負担が少ない方法をご相談させていただきます。</w:t>
        <w:br/>
        <w:br/>
        <w:t>ご不明な点は下記までお問い合わせください。</w:t>
        <w:br/>
        <w:t>【問い合わせ先】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