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ベッドから車椅子への移乗介助（標準手順）</w:t>
      </w:r>
    </w:p>
    <w:p>
      <w:r>
        <w:t>特別養護老人ホーム ひなたの丘</w:t>
      </w:r>
    </w:p>
    <w:p>
      <w:r>
        <w:t>対象：立位保持が一部可能な方</w:t>
        <w:br/>
        <w:t>使用物品：車椅子、スライディングシート、滑り止め付き靴</w:t>
      </w:r>
    </w:p>
    <w:p>
      <w:pPr>
        <w:pStyle w:val="ListBullet"/>
      </w:pPr>
      <w:r>
        <w:t>1. 利用者に声かけを行い、これから車椅子へ移ることを説明したうえで同意を得る。</w:t>
      </w:r>
    </w:p>
    <w:p>
      <w:pPr>
        <w:pStyle w:val="ListBullet"/>
      </w:pPr>
      <w:r>
        <w:t>2. 車椅子をベッドに対して20度から30度の角度で近づけ、必ずブレーキをかける。</w:t>
      </w:r>
    </w:p>
    <w:p>
      <w:pPr>
        <w:pStyle w:val="ListBullet"/>
      </w:pPr>
      <w:r>
        <w:t>3. フットレストを上げ、取り外せる構造の場合は取り外しておく。</w:t>
      </w:r>
    </w:p>
    <w:p>
      <w:pPr>
        <w:pStyle w:val="ListBullet"/>
      </w:pPr>
      <w:r>
        <w:t>4. ベッドの高さを、利用者の足底が床にしっかりとつく位置に調整する。</w:t>
      </w:r>
    </w:p>
    <w:p>
      <w:pPr>
        <w:pStyle w:val="ListBullet"/>
      </w:pPr>
      <w:r>
        <w:t>5. 端座位をとってもらい、ふらつきがないことを確認する。ふらつきがある場合は決して手を離さないこと。</w:t>
      </w:r>
    </w:p>
    <w:p>
      <w:pPr>
        <w:pStyle w:val="ListBullet"/>
      </w:pPr>
      <w:r>
        <w:t>6. 利用者の足を肩幅程度に開いてもらい、深く座り直してもらう。</w:t>
      </w:r>
    </w:p>
    <w:p>
      <w:pPr>
        <w:pStyle w:val="ListBullet"/>
      </w:pPr>
      <w:r>
        <w:t>7. 介助者は膝を曲げて腰を落とし、利用者の腰を支える。介助者の腰は曲げないこと。</w:t>
      </w:r>
    </w:p>
    <w:p>
      <w:pPr>
        <w:pStyle w:val="ListBullet"/>
      </w:pPr>
      <w:r>
        <w:t>8. 利用者の重心を前方へ移動させながら立ち上がりを促し、方向転換して車椅子へ座ってもらう。</w:t>
      </w:r>
    </w:p>
    <w:p>
      <w:pPr>
        <w:pStyle w:val="ListBullet"/>
      </w:pPr>
      <w:r>
        <w:t>9. 深く座れているかを確認し、フットレストを戻して足を乗せる。</w:t>
      </w:r>
    </w:p>
    <w:p>
      <w:r>
        <w:t>注意：手順5でふらつきを確認した場合は、無理に立位をとらせず、看護職員へ報告してください。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