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秋のあったかフェア開催</w:t>
      </w:r>
    </w:p>
    <w:p>
      <w:r>
        <w:t>朝晩の冷え込みが気になる季節になりました。</w:t>
      </w:r>
    </w:p>
    <w:p>
      <w:r>
        <w:t>会期は2026年10月1日（木）から10月31日（水）までです。</w:t>
      </w:r>
    </w:p>
    <w:p>
      <w:r>
        <w:t>暮らしの温度をひとつ上げる品を、6点そろえてお待ちしています。</w:t>
      </w:r>
    </w:p>
    <w:p>
      <w:r>
        <w:t>■ 開催店舗：ミナト百貨 南堀江店 本館2F 特設会場</w:t>
      </w:r>
    </w:p>
    <w:p>
      <w:r>
        <w:t>■ 開催時間：午前10時から午後8時まで（最終日は午後6時閉場）</w:t>
      </w:r>
    </w:p>
    <w:p>
      <w:r>
        <w:t>■ 入場は無料です。どなたでもご覧いただけます。</w:t>
      </w:r>
    </w:p>
    <w:p>
      <w:r>
        <w:t>■ ご予約・お問合せ：06-6000-0000（代表）</w:t>
      </w:r>
    </w:p>
    <w:p>
      <w:pPr>
        <w:pStyle w:val="Heading2"/>
      </w:pPr>
      <w:r>
        <w:t>◆ 今シーズンのおすすめ6点 ◆</w:t>
      </w:r>
    </w:p>
    <w:p>
      <w:r>
        <w:t>会期中は、下記の6点を特別価格でご用意しています。</w:t>
      </w:r>
    </w:p>
    <w:p>
      <w:r>
        <w:t>いずれも当店のバイヤーが実際に使い、選び抜いた品です。</w:t>
      </w:r>
    </w:p>
    <w:p>
      <w:r>
        <w:t>数量に限りがあります。品切れの際はご容赦ください。</w:t>
      </w:r>
    </w:p>
    <w:p>
      <w:r>
        <w:t>オンラインストアでも同じ内容で同時開催します。</w:t>
      </w:r>
    </w:p>
    <w:p>
      <w:r>
        <w:t>アクセスが集中した場合、サーバーの状況により表示が遅れることがあります。</w:t>
      </w:r>
    </w:p>
    <w:p>
      <w:r>
        <w:t>① もこもこ毛布ロング　6,800円（税込）</w:t>
      </w:r>
    </w:p>
    <w:p>
      <w:r>
        <w:t>サイズ：140×230cm　素材：ポリエステル100%</w:t>
      </w:r>
    </w:p>
    <w:p>
      <w:r>
        <w:t>カラー：グレー、ベージュ、ネイビーの3色</w:t>
      </w:r>
    </w:p>
    <w:p>
      <w:r>
        <w:t>やわらかな起毛で、肌に触れた瞬間から暖かさが続きます。</w:t>
      </w:r>
    </w:p>
    <w:p>
      <w:r>
        <w:t>洗濯機で丸洗いでき、乾きが早いところも扱いやすい点です。</w:t>
      </w:r>
    </w:p>
    <w:p>
      <w:r>
        <w:t>通常価格8,800円のところ、会期中は2,000円引きでご提供します。</w:t>
      </w:r>
    </w:p>
    <w:p>
      <w:r>
        <w:t>中綿を二層構造にしました。</w:t>
      </w:r>
    </w:p>
    <w:p>
      <w:r>
        <w:t>日本一の保温力で、真冬の朝も布団から出やすくなります。</w:t>
      </w:r>
    </w:p>
    <w:p>
      <w:r>
        <w:t>② 発熱インナー ヒートウェル　2,480円（税込）</w:t>
      </w:r>
    </w:p>
    <w:p>
      <w:r>
        <w:t>サイズ：M、L、LL　カラー：ブラック、オフホワイト</w:t>
      </w:r>
    </w:p>
    <w:p>
      <w:r>
        <w:t>汗の水分を熱に変える発熱素材を、生地の全面に使用しました。</w:t>
      </w:r>
    </w:p>
    <w:p>
      <w:r>
        <w:t>薄手のため、シャツの下に着ても着ぶくれしません。</w:t>
      </w:r>
    </w:p>
    <w:p>
      <w:r>
        <w:t>着るだけで必ず痩せます。運動が続かない方にもおすすめです。</w:t>
      </w:r>
    </w:p>
    <w:p>
      <w:r>
        <w:t>③ 電気ひざ掛け ぬくもりPRO　5,980円（税込）</w:t>
      </w:r>
    </w:p>
    <w:p>
      <w:r>
        <w:t>消費電力：45W　温度調節3段階　室温センサー付き</w:t>
      </w:r>
    </w:p>
    <w:p>
      <w:r>
        <w:t>ひざ掛けにも肩掛けにも使える大判サイズで、1時間あたりの電気代は約1円です。</w:t>
      </w:r>
    </w:p>
    <w:p>
      <w:r>
        <w:t>8時間で自動的に切れるタイマーを備え、洗濯の際はコントローラーを外せます。</w:t>
      </w:r>
    </w:p>
    <w:p>
      <w:r>
        <w:t>(4) 保温タンブラー 400ml</w:t>
      </w:r>
    </w:p>
    <w:p>
      <w:r>
        <w:t>真空二重構造で、熱い飲み物なら6時間後も温かさを保ちます。口径が広く、氷も入れやすい形です。</w:t>
      </w:r>
    </w:p>
    <w:p>
      <w:r>
        <w:t>価格：税抜き1,980円</w:t>
      </w:r>
    </w:p>
    <w:p>
      <w:r>
        <w:t>カラーはマットブラック、サンドベージュ、アイボリーの3色です。</w:t>
      </w:r>
    </w:p>
    <w:p>
      <w:r>
        <w:t>(5) 加湿器 うるおいミスト　5,480円（税込）　専用アプリのサーバと接続すると、外出先から運転状況を確認できます。上から水を注げるタンクのため、給水の手間がかかりません。</w:t>
      </w:r>
    </w:p>
    <w:p>
      <w:r>
        <w:t>(6) あったかルームシューズ　1,780円（税込）　底面に滑り止め加工を施し、フローリングでも滑りにくく仕上げました。かかとを踏んでも履ける2WAY仕様で、サイズはS、M、Lの3展開です。</w:t>
      </w:r>
    </w:p>
    <w:p>
      <w:r>
        <w:t>【ご注意】表示価格はすべて消費税込みです。保温タンブラー 400mlは1,980円（税込）です。</w:t>
      </w:r>
    </w:p>
    <w:p>
      <w:r>
        <w:t>【ご注意】商品の色は、印刷の都合により実物と異なって見える場合があります。</w:t>
      </w:r>
    </w:p>
    <w:p>
      <w:r>
        <w:t>【ご注意】在庫状況のお問い合わせは、下記の代表番号までお願いいたします。</w:t>
      </w:r>
    </w:p>
    <w:p>
      <w:r>
        <w:t>株式会社ミナト百貨　南堀江店　大阪市西区南堀江1-2-3 ミナトビル2F</w:t>
      </w:r>
    </w:p>
    <w:p>
      <w:r>
        <w:t>電話：06-6000-0000（代表）　営業時間：午前10時から午後8時まで</w:t>
      </w:r>
    </w:p>
    <w:p>
      <w:r>
        <w:t>発行：株式会社ミナト百貨 販売促進部　制作日：2026年8月1日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Yu Gothic" w:hAnsi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